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07D277" w14:textId="77777777" w:rsidR="00466C64" w:rsidRDefault="00060154">
      <w:pPr>
        <w:pStyle w:val="Ttulo1"/>
      </w:pPr>
      <w:r>
        <w:t>Felipe Osvaldo Grandón Contreras</w:t>
      </w:r>
    </w:p>
    <w:p w14:paraId="1421F626" w14:textId="77777777" w:rsidR="00466C64" w:rsidRDefault="00060154">
      <w:r>
        <w:rPr>
          <w:b/>
        </w:rPr>
        <w:t>Estudiante de Ingeniería Civil Informática — Universidad de Concepción</w:t>
      </w:r>
      <w:r>
        <w:rPr>
          <w:b/>
        </w:rPr>
        <w:br/>
      </w:r>
      <w:r>
        <w:t>+56 9 5522 9150 | fgrandon.os19@gmail.com | Concepción, Chile</w:t>
      </w:r>
    </w:p>
    <w:p w14:paraId="75ECDE40" w14:textId="77777777" w:rsidR="00466C64" w:rsidRDefault="00060154">
      <w:pPr>
        <w:pStyle w:val="Ttulo2"/>
      </w:pPr>
      <w:r>
        <w:t>Perfil Profesional</w:t>
      </w:r>
    </w:p>
    <w:p w14:paraId="1B174446" w14:textId="77777777" w:rsidR="00466C64" w:rsidRDefault="00060154">
      <w:r>
        <w:t>Estudiante de Ingeniería Civil Informática con interés en Soporte TI, gestión de datos y resolución de incidencias. Destaco por mi aprendizaje autónomo, capacidad para resolver problemas y organización. Cuento con conocimientos en Python, SQL, Excel y soporte técnico de computadores, además de proyectos personales de desarrollo web y gestión de datos.</w:t>
      </w:r>
    </w:p>
    <w:p w14:paraId="66A2F10B" w14:textId="77777777" w:rsidR="00466C64" w:rsidRDefault="00060154">
      <w:pPr>
        <w:pStyle w:val="Ttulo2"/>
      </w:pPr>
      <w:r>
        <w:t>Formación Académica</w:t>
      </w:r>
    </w:p>
    <w:p w14:paraId="14061501" w14:textId="77777777" w:rsidR="00466C64" w:rsidRDefault="00060154">
      <w:r>
        <w:t>• Ingeniería Civil Informática — Universidad de Concepción (2024 – Presente)</w:t>
      </w:r>
      <w:r>
        <w:br/>
      </w:r>
      <w:r>
        <w:t>• Enseñanza Media Científico Humanista — Liceo Capitán Ignacio Carrera Pinto</w:t>
      </w:r>
    </w:p>
    <w:p w14:paraId="48609151" w14:textId="77777777" w:rsidR="00466C64" w:rsidRDefault="00060154">
      <w:pPr>
        <w:pStyle w:val="Ttulo2"/>
      </w:pPr>
      <w:r>
        <w:t>Proyectos</w:t>
      </w:r>
    </w:p>
    <w:p w14:paraId="3BB3B4FB" w14:textId="77777777" w:rsidR="00466C64" w:rsidRDefault="00060154">
      <w:r>
        <w:t>• Desarrollé una página web informativa en HTML/CSS para un emprendimiento familiar, adaptando el diseño a los requerimientos del usuario y realizando pruebas de funcionamiento.</w:t>
      </w:r>
      <w:r>
        <w:br/>
        <w:t>• Diseñé planillas de Excel para organizar inventarios, categorías y registros de ventas.</w:t>
      </w:r>
    </w:p>
    <w:p w14:paraId="7832D1E1" w14:textId="77777777" w:rsidR="00466C64" w:rsidRDefault="00060154">
      <w:pPr>
        <w:pStyle w:val="Ttulo2"/>
      </w:pPr>
      <w:r>
        <w:t>Habilidades Técnicas</w:t>
      </w:r>
    </w:p>
    <w:p w14:paraId="50AA96A1" w14:textId="77777777" w:rsidR="00466C64" w:rsidRDefault="00060154">
      <w:r>
        <w:t>• Excel (básico-intermedio)</w:t>
      </w:r>
      <w:r>
        <w:br/>
        <w:t>• Python</w:t>
      </w:r>
      <w:r>
        <w:br/>
        <w:t>• SQL (básico)</w:t>
      </w:r>
      <w:r>
        <w:br/>
        <w:t>• HTML y CSS (básico)</w:t>
      </w:r>
      <w:r>
        <w:br/>
        <w:t>• VS Code</w:t>
      </w:r>
      <w:r>
        <w:br/>
        <w:t>• Windows 10/11</w:t>
      </w:r>
      <w:r>
        <w:br/>
      </w:r>
      <w:r>
        <w:t>• Instalación y configuración de software</w:t>
      </w:r>
      <w:r>
        <w:br/>
        <w:t>• Diagnóstico y mantenimiento básico de hardware</w:t>
      </w:r>
      <w:r>
        <w:br/>
        <w:t>• Gestión y organización de datos</w:t>
      </w:r>
    </w:p>
    <w:p w14:paraId="3B617BED" w14:textId="77777777" w:rsidR="00466C64" w:rsidRDefault="00060154">
      <w:pPr>
        <w:pStyle w:val="Ttulo2"/>
      </w:pPr>
      <w:r>
        <w:t>Certificaciones</w:t>
      </w:r>
    </w:p>
    <w:p w14:paraId="25DBF9FB" w14:textId="77777777" w:rsidR="00466C64" w:rsidRDefault="00060154">
      <w:r>
        <w:t>• Python for Data Science, AI &amp; Development — IBM (Coursera)</w:t>
      </w:r>
      <w:r>
        <w:br/>
        <w:t>• Data Science Methodology — IBM (Coursera)</w:t>
      </w:r>
      <w:r>
        <w:br/>
        <w:t>• Tools for Data Science — IBM (Coursera)</w:t>
      </w:r>
      <w:r>
        <w:br/>
        <w:t>• Desarrollador Python — SoloLearn</w:t>
      </w:r>
      <w:r>
        <w:br/>
        <w:t>• Python Intermedio — SoloLearn</w:t>
      </w:r>
      <w:r>
        <w:br/>
        <w:t>• Introducción a SQL — SoloLearn</w:t>
      </w:r>
    </w:p>
    <w:p w14:paraId="0311E595" w14:textId="77777777" w:rsidR="00466C64" w:rsidRDefault="00060154">
      <w:pPr>
        <w:pStyle w:val="Ttulo2"/>
      </w:pPr>
      <w:r>
        <w:lastRenderedPageBreak/>
        <w:t>Idiomas</w:t>
      </w:r>
    </w:p>
    <w:p w14:paraId="60A13EF9" w14:textId="77777777" w:rsidR="00466C64" w:rsidRDefault="00060154">
      <w:r>
        <w:t>• Español: Nativo</w:t>
      </w:r>
      <w:r>
        <w:br/>
        <w:t>• Inglés: Intermedio (lectura técnica)</w:t>
      </w:r>
      <w:r>
        <w:br/>
        <w:t>• Portugués: Básico</w:t>
      </w:r>
    </w:p>
    <w:sectPr w:rsidR="00466C6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620076">
    <w:abstractNumId w:val="8"/>
  </w:num>
  <w:num w:numId="2" w16cid:durableId="1990859197">
    <w:abstractNumId w:val="6"/>
  </w:num>
  <w:num w:numId="3" w16cid:durableId="86730512">
    <w:abstractNumId w:val="5"/>
  </w:num>
  <w:num w:numId="4" w16cid:durableId="721947629">
    <w:abstractNumId w:val="4"/>
  </w:num>
  <w:num w:numId="5" w16cid:durableId="16003572">
    <w:abstractNumId w:val="7"/>
  </w:num>
  <w:num w:numId="6" w16cid:durableId="1162624062">
    <w:abstractNumId w:val="3"/>
  </w:num>
  <w:num w:numId="7" w16cid:durableId="1592397768">
    <w:abstractNumId w:val="2"/>
  </w:num>
  <w:num w:numId="8" w16cid:durableId="1303118771">
    <w:abstractNumId w:val="1"/>
  </w:num>
  <w:num w:numId="9" w16cid:durableId="7188239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154"/>
    <w:rsid w:val="0006063C"/>
    <w:rsid w:val="0015074B"/>
    <w:rsid w:val="0029639D"/>
    <w:rsid w:val="00326F90"/>
    <w:rsid w:val="00466C64"/>
    <w:rsid w:val="00AA1D8D"/>
    <w:rsid w:val="00B47730"/>
    <w:rsid w:val="00C325F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C92CB"/>
  <w14:defaultImageDpi w14:val="300"/>
  <w15:docId w15:val="{4B524B87-690A-6644-9B4A-2631F040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Felipe Osvaldo Grandón Contreras</cp:lastModifiedBy>
  <cp:revision>2</cp:revision>
  <dcterms:created xsi:type="dcterms:W3CDTF">2026-08-15T04:43:00Z</dcterms:created>
  <dcterms:modified xsi:type="dcterms:W3CDTF">2026-08-15T04:43:00Z</dcterms:modified>
  <cp:category/>
</cp:coreProperties>
</file>